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门店/卖场联营合作协议</w:t>
      </w:r>
    </w:p>
    <w:p/>
    <w:p>
      <w:r>
        <w:rPr>
          <w:b w:val="0"/>
        </w:rPr>
        <w:t>合同编号：＿＿＿＿＿＿　签订地点：＿＿＿＿＿＿　签订日期：＿＿＿＿年＿＿月＿＿日</w:t>
      </w:r>
    </w:p>
    <w:p/>
    <w:p>
      <w:r>
        <w:rPr>
          <w:b/>
        </w:rPr>
        <w:t>甲方（卖场/商场）</w:t>
      </w:r>
    </w:p>
    <w:p>
      <w:r>
        <w:rPr>
          <w:b w:val="0"/>
        </w:rPr>
        <w:t>名称：＿＿＿＿＿＿＿＿　地址：＿＿＿＿＿＿　联系人/电话：＿＿＿＿＿＿</w:t>
      </w:r>
    </w:p>
    <w:p>
      <w:r>
        <w:rPr>
          <w:b/>
        </w:rPr>
        <w:t>乙方（品牌/厂家）</w:t>
      </w:r>
    </w:p>
    <w:p>
      <w:r>
        <w:rPr>
          <w:b w:val="0"/>
        </w:rPr>
        <w:t>名称：＿＿＿＿＿＿＿＿　品牌：＿＿＿＿＿＿　联系人/电话：＿＿＿＿＿＿</w:t>
      </w:r>
    </w:p>
    <w:p/>
    <w:p>
      <w:r>
        <w:rPr>
          <w:b w:val="0"/>
        </w:rPr>
        <w:t>根据《中华人民共和国民法典》及相关法律法规，双方平等自愿、协商一致订立本合同。</w:t>
      </w:r>
    </w:p>
    <w:p/>
    <w:p>
      <w:r>
        <w:rPr>
          <w:b/>
        </w:rPr>
        <w:t>第1条　合作方式</w:t>
      </w:r>
    </w:p>
    <w:p>
      <w:r>
        <w:rPr>
          <w:b w:val="0"/>
        </w:rPr>
        <w:t>乙方进驻甲方卖场＿＿楼＿＿号铺位＿＿㎡，经营家具销售；□联营扣点　□租赁（勾选）。</w:t>
      </w:r>
    </w:p>
    <w:p/>
    <w:p>
      <w:r>
        <w:rPr>
          <w:b/>
        </w:rPr>
        <w:t>第2条　费用与结算</w:t>
      </w:r>
    </w:p>
    <w:p>
      <w:r>
        <w:rPr>
          <w:b w:val="0"/>
        </w:rPr>
        <w:t>1. 联营模式：销售额扣点＿＿%（含税费），月结；保底销售额＿＿万元/月未达按保底计。</w:t>
      </w:r>
    </w:p>
    <w:p>
      <w:r>
        <w:rPr>
          <w:b w:val="0"/>
        </w:rPr>
        <w:t>2. 租赁模式：月租＿＿元＋管理费＿＿元/㎡/月；押金＿＿元。</w:t>
      </w:r>
    </w:p>
    <w:p>
      <w:r>
        <w:rPr>
          <w:b w:val="0"/>
        </w:rPr>
        <w:t>3. 结算周期：每月＿＿日对账，＿＿日内划款。</w:t>
      </w:r>
    </w:p>
    <w:p/>
    <w:p>
      <w:r>
        <w:rPr>
          <w:b/>
        </w:rPr>
        <w:t>第3条　场地与装修</w:t>
      </w:r>
    </w:p>
    <w:p>
      <w:r>
        <w:rPr>
          <w:b w:val="0"/>
        </w:rPr>
        <w:t>1. 甲方提供场地、公共照明、电梯、基础消防；用电扩容费用由＿＿方承担。</w:t>
      </w:r>
    </w:p>
    <w:p>
      <w:r>
        <w:rPr>
          <w:b w:val="0"/>
        </w:rPr>
        <w:t>2. 乙方装修按甲方统一规范，图纸报甲方审批；消防验收合格后方可营业。</w:t>
      </w:r>
    </w:p>
    <w:p/>
    <w:p>
      <w:r>
        <w:rPr>
          <w:b/>
        </w:rPr>
        <w:t>第4条　经营规范</w:t>
      </w:r>
    </w:p>
    <w:p>
      <w:r>
        <w:rPr>
          <w:b w:val="0"/>
        </w:rPr>
        <w:t>1. 营业时间随卖场统一；导购统一着装/工牌。</w:t>
      </w:r>
    </w:p>
    <w:p>
      <w:r>
        <w:rPr>
          <w:b w:val="0"/>
        </w:rPr>
        <w:t>2. 商品明码标价，质量三包，售后服务由乙方负责；消费投诉乙方＿＿小时内响应。</w:t>
      </w:r>
    </w:p>
    <w:p/>
    <w:p>
      <w:r>
        <w:rPr>
          <w:b/>
        </w:rPr>
        <w:t>第5条　促销与费用分摊</w:t>
      </w:r>
    </w:p>
    <w:p>
      <w:r>
        <w:rPr>
          <w:b w:val="0"/>
        </w:rPr>
        <w:t>卖场统一促销费用分摊＿＿%；单独促销报甲方备案。</w:t>
      </w:r>
    </w:p>
    <w:p/>
    <w:p>
      <w:r>
        <w:rPr>
          <w:b/>
        </w:rPr>
        <w:t>第6条　合同期限与退出</w:t>
      </w:r>
    </w:p>
    <w:p>
      <w:r>
        <w:rPr>
          <w:b w:val="0"/>
        </w:rPr>
        <w:t>有效期＿＿年＿＿月＿＿日至＿＿年＿＿月＿＿日；提前终止提前＿＿日通知；违约方支付＿＿万元违约金。</w:t>
      </w:r>
    </w:p>
    <w:p/>
    <w:p>
      <w:r>
        <w:rPr>
          <w:b/>
        </w:rPr>
        <w:t>第7条　争议解决</w:t>
      </w:r>
    </w:p>
    <w:p>
      <w:r>
        <w:rPr>
          <w:b w:val="0"/>
        </w:rPr>
        <w:t>协商不成向卖场所在地人民法院起诉。</w:t>
      </w:r>
    </w:p>
    <w:p/>
    <w:p>
      <w:r>
        <w:rPr>
          <w:b/>
        </w:rPr>
        <w:t>本合同一式＿＿份，甲乙各执＿＿份，自签字盖章之日起生效。</w:t>
      </w:r>
    </w:p>
    <w:p/>
    <w:p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　　乙方（盖章）：＿＿＿＿＿＿＿＿＿＿</w:t>
      </w:r>
    </w:p>
    <w:p>
      <w:r>
        <w:rPr>
          <w:b w:val="0"/>
        </w:rPr>
        <w:t>法定代表人/委托代理人（签字）：＿＿＿＿＿＿＿＿＿　＿＿＿＿＿＿＿＿＿</w:t>
      </w:r>
    </w:p>
    <w:p>
      <w:r>
        <w:rPr>
          <w:b w:val="0"/>
        </w:rPr>
        <w:t>统一社会信用代码：＿＿＿＿＿＿＿＿＿＿　统一社会信用代码：＿＿＿＿＿＿</w:t>
      </w:r>
    </w:p>
    <w:p>
      <w:r>
        <w:rPr>
          <w:b w:val="0"/>
        </w:rPr>
        <w:t>地址：＿＿＿＿＿＿＿＿＿＿＿＿＿＿　　地址：＿＿＿＿＿＿＿＿＿＿＿＿</w:t>
      </w:r>
    </w:p>
    <w:p>
      <w:r>
        <w:rPr>
          <w:b w:val="0"/>
        </w:rPr>
        <w:t>联系电话：＿＿＿＿＿＿＿＿＿＿＿＿　　联系电话：＿＿＿＿＿＿＿＿＿＿</w:t>
      </w:r>
    </w:p>
    <w:p>
      <w:r>
        <w:rPr>
          <w:b w:val="0"/>
        </w:rPr>
        <w:t>签订日期：＿＿＿＿年＿＿月＿＿日　　　签订日期：＿＿＿＿年＿＿月＿＿日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