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SimHei" w:hAnsi="SimHei" w:eastAsia="SimHei"/>
        </w:rPr>
        <w:t>纸箱包装供货合同</w:t>
      </w:r>
    </w:p>
    <w:p/>
    <w:p>
      <w:r>
        <w:rPr>
          <w:b w:val="0"/>
        </w:rPr>
        <w:t>合同编号：＿＿＿＿＿＿＿＿　签订地点：＿＿＿＿＿＿＿＿　签订日期：＿＿＿＿年＿＿月＿＿日</w:t>
      </w:r>
    </w:p>
    <w:p/>
    <w:p>
      <w:r>
        <w:rPr>
          <w:b/>
        </w:rPr>
        <w:t>甲方（采购方）</w:t>
      </w:r>
    </w:p>
    <w:p>
      <w:r>
        <w:rPr>
          <w:b w:val="0"/>
        </w:rPr>
        <w:t>名称：＿＿＿＿＿＿＿＿＿＿　统一社会信用代码：＿＿＿＿＿＿</w:t>
      </w:r>
    </w:p>
    <w:p>
      <w:r>
        <w:rPr>
          <w:b w:val="0"/>
        </w:rPr>
        <w:t>地址：＿＿＿＿＿＿＿＿＿＿　联系人/电话：＿＿＿＿＿＿</w:t>
      </w:r>
    </w:p>
    <w:p>
      <w:r>
        <w:rPr>
          <w:b/>
        </w:rPr>
        <w:t>乙方（供货方）</w:t>
      </w:r>
    </w:p>
    <w:p>
      <w:r>
        <w:rPr>
          <w:b w:val="0"/>
        </w:rPr>
        <w:t>名称：＿＿＿＿＿＿＿＿＿＿　统一社会信用代码：＿＿＿＿＿＿</w:t>
      </w:r>
    </w:p>
    <w:p>
      <w:r>
        <w:rPr>
          <w:b w:val="0"/>
        </w:rPr>
        <w:t>地址：＿＿＿＿＿＿＿＿＿＿　联系人/电话：＿＿＿＿＿＿</w:t>
      </w:r>
    </w:p>
    <w:p/>
    <w:p>
      <w:r>
        <w:rPr>
          <w:b w:val="0"/>
        </w:rPr>
        <w:t>根据《中华人民共和国民法典》及相关法律法规，甲乙双方本着平等自愿、诚实信用的原则，协商一致订立本合同。</w:t>
      </w:r>
    </w:p>
    <w:p/>
    <w:p>
      <w:r>
        <w:rPr>
          <w:b/>
        </w:rPr>
        <w:t>第1条　标的与明细</w:t>
      </w:r>
    </w:p>
    <w:p>
      <w:r>
        <w:rPr>
          <w:b w:val="0"/>
        </w:rPr>
        <w:t>甲方向乙方采购家具包装纸箱：瓦楞纸箱（3层/5层/7层）、平卡、护角、珍珠棉（EPE）、EPS泡沫、缠绕膜、打包带等；尺寸、抗压（边压/耐破）指标、印刷图案以订单和确认样为准。</w:t>
      </w:r>
    </w:p>
    <w:p/>
    <w:p>
      <w:r>
        <w:rPr>
          <w:b/>
        </w:rPr>
        <w:t>第2条　质量标准</w:t>
      </w:r>
    </w:p>
    <w:p>
      <w:r>
        <w:rPr>
          <w:b w:val="0"/>
        </w:rPr>
        <w:t>1. 瓦楞纸箱符合GB/T 6543；边压强度≥＿＿N/m、耐破≥＿＿kPa；含水率≤＿＿%。</w:t>
      </w:r>
    </w:p>
    <w:p>
      <w:r>
        <w:rPr>
          <w:b w:val="0"/>
        </w:rPr>
        <w:t>2. 印刷清晰、无套色偏差、无开胶、无破损；每批留样。</w:t>
      </w:r>
    </w:p>
    <w:p/>
    <w:p>
      <w:r>
        <w:rPr>
          <w:b/>
        </w:rPr>
        <w:t>第3条　检验与退换</w:t>
      </w:r>
    </w:p>
    <w:p>
      <w:r>
        <w:rPr>
          <w:b w:val="0"/>
        </w:rPr>
        <w:t>1. 甲方收货后＿＿日内抽检抗压与尺寸；不合格整批退换，费用乙方承担。</w:t>
      </w:r>
    </w:p>
    <w:p>
      <w:r>
        <w:rPr>
          <w:b w:val="0"/>
        </w:rPr>
        <w:t>2. 装箱使用中纸箱开裂导致产品损伤的，乙方赔偿实际损失。</w:t>
      </w:r>
    </w:p>
    <w:p/>
    <w:p>
      <w:r>
        <w:rPr>
          <w:b/>
        </w:rPr>
        <w:t>第4条　价格与结算</w:t>
      </w:r>
    </w:p>
    <w:p>
      <w:r>
        <w:rPr>
          <w:b w:val="0"/>
        </w:rPr>
        <w:t>1. 单价随原纸行情每＿＿天确认，书面确认生效。</w:t>
      </w:r>
    </w:p>
    <w:p>
      <w:r>
        <w:rPr>
          <w:b w:val="0"/>
        </w:rPr>
        <w:t>2. 结算：□月结 □货到付款。发票：□专票 □普票。</w:t>
      </w:r>
    </w:p>
    <w:p/>
    <w:p>
      <w:r>
        <w:rPr>
          <w:b/>
        </w:rPr>
        <w:t>第5条　交付</w:t>
      </w:r>
    </w:p>
    <w:p>
      <w:r>
        <w:rPr>
          <w:b w:val="0"/>
        </w:rPr>
        <w:t>送货至＿＿＿＿＿＿；按甲方发货计划分批交货；逾期每日＿＿‰违约金。</w:t>
      </w:r>
    </w:p>
    <w:p/>
    <w:p>
      <w:r>
        <w:rPr>
          <w:b/>
        </w:rPr>
        <w:t>第6条　包装</w:t>
      </w:r>
    </w:p>
    <w:p>
      <w:r>
        <w:rPr>
          <w:b w:val="0"/>
        </w:rPr>
        <w:t>纸箱打包堆叠不超过＿＿层，防潮防压；标签注明规格/数量/生产日期。</w:t>
      </w:r>
    </w:p>
    <w:p/>
    <w:p>
      <w:r>
        <w:rPr>
          <w:b/>
        </w:rPr>
        <w:t>第7条　违约责任</w:t>
      </w:r>
    </w:p>
    <w:p>
      <w:r>
        <w:rPr>
          <w:b w:val="0"/>
        </w:rPr>
        <w:t>1. 抗压不达标致运输破损的，乙方按破损产品价值赔偿。</w:t>
      </w:r>
    </w:p>
    <w:p>
      <w:r>
        <w:rPr>
          <w:b w:val="0"/>
        </w:rPr>
        <w:t>2. 甲方逾期付款每日＿＿‰违约金。</w:t>
      </w:r>
    </w:p>
    <w:p/>
    <w:p>
      <w:r>
        <w:rPr>
          <w:b/>
        </w:rPr>
        <w:t>第8条　争议解决</w:t>
      </w:r>
    </w:p>
    <w:p>
      <w:r>
        <w:rPr>
          <w:b w:val="0"/>
        </w:rPr>
        <w:t>协商不成的，向＿＿＿＿人民法院起诉（勾选）。</w:t>
      </w:r>
    </w:p>
    <w:p/>
    <w:p>
      <w:r>
        <w:rPr>
          <w:b/>
        </w:rPr>
        <w:t>本合同一式＿＿份，甲方执＿＿份，乙方执＿＿份，自双方签字盖章之日起生效。</w:t>
      </w:r>
    </w:p>
    <w:p/>
    <w:p>
      <w:pPr>
        <w:jc w:val="center"/>
      </w:pPr>
      <w:r>
        <w:rPr>
          <w:b w:val="0"/>
        </w:rPr>
        <w:t>（以下无正文，为签署页）</w:t>
      </w:r>
    </w:p>
    <w:p/>
    <w:p>
      <w:r>
        <w:rPr>
          <w:b w:val="0"/>
        </w:rPr>
        <w:t>甲方（盖章）：＿＿＿＿＿＿＿＿＿＿　　乙方（盖章）：＿＿＿＿＿＿＿＿＿＿</w:t>
      </w:r>
    </w:p>
    <w:p>
      <w:r>
        <w:rPr>
          <w:b w:val="0"/>
        </w:rPr>
        <w:t>法定代表人/委托代理人（签字）：＿＿＿＿＿＿＿＿＿＿　＿＿＿＿＿＿＿＿＿＿</w:t>
      </w:r>
    </w:p>
    <w:p>
      <w:r>
        <w:rPr>
          <w:b w:val="0"/>
        </w:rPr>
        <w:t>统一社会信用代码：＿＿＿＿＿＿＿＿＿＿　　统一社会信用代码：＿＿＿＿＿＿</w:t>
      </w:r>
    </w:p>
    <w:p>
      <w:r>
        <w:rPr>
          <w:b w:val="0"/>
        </w:rPr>
        <w:t>地址：＿＿＿＿＿＿＿＿＿＿＿＿＿＿　　地址：＿＿＿＿＿＿＿＿＿＿＿＿＿＿</w:t>
      </w:r>
    </w:p>
    <w:p>
      <w:r>
        <w:rPr>
          <w:b w:val="0"/>
        </w:rPr>
        <w:t>联系电话：＿＿＿＿＿＿＿＿＿＿＿＿＿　　联系电话：＿＿＿＿＿＿＿＿＿＿＿</w:t>
      </w:r>
    </w:p>
    <w:p>
      <w:r>
        <w:rPr>
          <w:b w:val="0"/>
        </w:rPr>
        <w:t>签订日期：＿＿＿＿年＿＿月＿＿日　　　签订日期：＿＿＿＿年＿＿月＿＿日</w:t>
      </w:r>
    </w:p>
    <w:p>
      <w:r>
        <w:rPr>
          <w:b w:val="0"/>
        </w:rPr>
        <w:t>签订地点：＿＿＿＿＿＿＿＿＿＿＿＿＿＿</w:t>
      </w:r>
    </w:p>
    <w:p>
      <w:r>
        <w:rPr>
          <w:sz w:val="18"/>
        </w:rPr>
        <w:t>注：本合同依据《民法典》买卖合同章及包装材料交易惯例制定。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 w:eastAsia="SimSu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