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SimHei" w:hAnsi="SimHei" w:eastAsia="SimHei"/>
        </w:rPr>
        <w:t>弹簧包代工供货合同</w:t>
      </w:r>
    </w:p>
    <w:p/>
    <w:p>
      <w:r>
        <w:rPr>
          <w:b w:val="0"/>
        </w:rPr>
        <w:t>合同编号：＿＿＿＿＿＿＿＿　签订地点：＿＿＿＿＿＿＿＿　签订日期：＿＿＿＿年＿＿月＿＿日</w:t>
      </w:r>
    </w:p>
    <w:p/>
    <w:p>
      <w:r>
        <w:rPr>
          <w:b/>
        </w:rPr>
        <w:t>甲方（委托方）</w:t>
      </w:r>
    </w:p>
    <w:p>
      <w:r>
        <w:rPr>
          <w:b w:val="0"/>
        </w:rPr>
        <w:t>名称：＿＿＿＿＿＿＿＿＿＿　统一社会信用代码：＿＿＿＿＿＿</w:t>
      </w:r>
    </w:p>
    <w:p>
      <w:r>
        <w:rPr>
          <w:b w:val="0"/>
        </w:rPr>
        <w:t>地址：＿＿＿＿＿＿＿＿＿＿　联系人/电话：＿＿＿＿＿＿</w:t>
      </w:r>
    </w:p>
    <w:p>
      <w:r>
        <w:rPr>
          <w:b/>
        </w:rPr>
        <w:t>乙方（加工方）</w:t>
      </w:r>
    </w:p>
    <w:p>
      <w:r>
        <w:rPr>
          <w:b w:val="0"/>
        </w:rPr>
        <w:t>名称：＿＿＿＿＿＿＿＿＿＿　统一社会信用代码：＿＿＿＿＿＿</w:t>
      </w:r>
    </w:p>
    <w:p>
      <w:r>
        <w:rPr>
          <w:b w:val="0"/>
        </w:rPr>
        <w:t>地址：＿＿＿＿＿＿＿＿＿＿　联系人/电话：＿＿＿＿＿＿</w:t>
      </w:r>
    </w:p>
    <w:p/>
    <w:p>
      <w:r>
        <w:rPr>
          <w:b w:val="0"/>
        </w:rPr>
        <w:t>根据《中华人民共和国民法典》及相关法律法规，甲乙双方本着平等自愿、诚实信用的原则，协商一致订立本合同。</w:t>
      </w:r>
    </w:p>
    <w:p/>
    <w:p>
      <w:r>
        <w:rPr>
          <w:b/>
        </w:rPr>
        <w:t>第1条　加工内容</w:t>
      </w:r>
    </w:p>
    <w:p>
      <w:r>
        <w:rPr>
          <w:b w:val="0"/>
        </w:rPr>
        <w:t>甲方委托乙方加工沙发/软床弹簧包（布袋簧、蛇形簧、邦耐尔簧等）：规格、线径＿＿mm、圈数、口径、布袋材质以《加工订单》和封样为准。</w:t>
      </w:r>
    </w:p>
    <w:p/>
    <w:p>
      <w:r>
        <w:rPr>
          <w:b/>
        </w:rPr>
        <w:t>第2条　材料供应</w:t>
      </w:r>
    </w:p>
    <w:p>
      <w:r>
        <w:rPr>
          <w:b w:val="0"/>
        </w:rPr>
        <w:t>□甲方供簧钢丝与布袋料，乙方代加工；□乙方包工包料（材料标准双方书面确认）。甲方供料的，乙方专料专用并签收，超损耗率＿＿%由乙方承担。</w:t>
      </w:r>
    </w:p>
    <w:p/>
    <w:p>
      <w:r>
        <w:rPr>
          <w:b/>
        </w:rPr>
        <w:t>第3条　质量标准</w:t>
      </w:r>
    </w:p>
    <w:p>
      <w:r>
        <w:rPr>
          <w:b w:val="0"/>
        </w:rPr>
        <w:t>1. 弹簧刚度、压缩永久变形符合封样；布袋无跳线、无破包；胶水环保（符合GB 18583）。</w:t>
      </w:r>
    </w:p>
    <w:p>
      <w:r>
        <w:rPr>
          <w:b w:val="0"/>
        </w:rPr>
        <w:t>2. 首件确认后批量；抽检不合格率超＿＿%的整批返工，费用乙方承担。</w:t>
      </w:r>
    </w:p>
    <w:p/>
    <w:p>
      <w:r>
        <w:rPr>
          <w:b/>
        </w:rPr>
        <w:t>第4条　加工费与结算</w:t>
      </w:r>
    </w:p>
    <w:p>
      <w:r>
        <w:rPr>
          <w:b w:val="0"/>
        </w:rPr>
        <w:t>1. 加工单价＿＿元/个（明细表为附件）。</w:t>
      </w:r>
    </w:p>
    <w:p>
      <w:r>
        <w:rPr>
          <w:b w:val="0"/>
        </w:rPr>
        <w:t>2. 结算：□月结 □批次结；验收合格开票后＿＿日内付款。</w:t>
      </w:r>
    </w:p>
    <w:p/>
    <w:p>
      <w:r>
        <w:rPr>
          <w:b/>
        </w:rPr>
        <w:t>第5条　交付</w:t>
      </w:r>
    </w:p>
    <w:p>
      <w:r>
        <w:rPr>
          <w:b w:val="0"/>
        </w:rPr>
        <w:t>交货地点＿＿＿＿＿＿；交期按订单执行，逾期每日按该批加工费＿＿‰支付违约金。</w:t>
      </w:r>
    </w:p>
    <w:p/>
    <w:p>
      <w:r>
        <w:rPr>
          <w:b/>
        </w:rPr>
        <w:t>第6条　保密条款</w:t>
      </w:r>
    </w:p>
    <w:p>
      <w:r>
        <w:rPr>
          <w:b w:val="0"/>
        </w:rPr>
        <w:t>甲方提供的规格、工艺、客户信息乙方不得外泄或为第三方加工同类产品，违者按货值＿＿倍赔偿。</w:t>
      </w:r>
    </w:p>
    <w:p/>
    <w:p>
      <w:r>
        <w:rPr>
          <w:b/>
        </w:rPr>
        <w:t>第7条　违约责任</w:t>
      </w:r>
    </w:p>
    <w:p>
      <w:r>
        <w:rPr>
          <w:b w:val="0"/>
        </w:rPr>
        <w:t>1. 乙方擅自处置甲方材料的，按材料价值＿＿倍赔偿。</w:t>
      </w:r>
    </w:p>
    <w:p>
      <w:r>
        <w:rPr>
          <w:b w:val="0"/>
        </w:rPr>
        <w:t>2. 甲方中途取消订单的，赔偿乙方已投入成本。</w:t>
      </w:r>
    </w:p>
    <w:p/>
    <w:p>
      <w:r>
        <w:rPr>
          <w:b/>
        </w:rPr>
        <w:t>第8条　争议解决</w:t>
      </w:r>
    </w:p>
    <w:p>
      <w:r>
        <w:rPr>
          <w:b w:val="0"/>
        </w:rPr>
        <w:t>协商不成的，向＿＿＿＿人民法院起诉（勾选）。</w:t>
      </w:r>
    </w:p>
    <w:p/>
    <w:p>
      <w:r>
        <w:rPr>
          <w:b/>
        </w:rPr>
        <w:t>本合同一式＿＿份，甲方执＿＿份，乙方执＿＿份，自双方签字盖章之日起生效。</w:t>
      </w:r>
    </w:p>
    <w:p/>
    <w:p>
      <w:pPr>
        <w:jc w:val="center"/>
      </w:pPr>
      <w:r>
        <w:rPr>
          <w:b w:val="0"/>
        </w:rPr>
        <w:t>（以下无正文，为签署页）</w:t>
      </w:r>
    </w:p>
    <w:p/>
    <w:p>
      <w:r>
        <w:rPr>
          <w:b w:val="0"/>
        </w:rPr>
        <w:t>甲方（盖章）：＿＿＿＿＿＿＿＿＿＿　　乙方（盖章）：＿＿＿＿＿＿＿＿＿＿</w:t>
      </w:r>
    </w:p>
    <w:p>
      <w:r>
        <w:rPr>
          <w:b w:val="0"/>
        </w:rPr>
        <w:t>法定代表人/委托代理人（签字）：＿＿＿＿＿＿＿＿＿＿　＿＿＿＿＿＿＿＿＿＿</w:t>
      </w:r>
    </w:p>
    <w:p>
      <w:r>
        <w:rPr>
          <w:b w:val="0"/>
        </w:rPr>
        <w:t>统一社会信用代码：＿＿＿＿＿＿＿＿＿＿　　统一社会信用代码：＿＿＿＿＿＿</w:t>
      </w:r>
    </w:p>
    <w:p>
      <w:r>
        <w:rPr>
          <w:b w:val="0"/>
        </w:rPr>
        <w:t>地址：＿＿＿＿＿＿＿＿＿＿＿＿＿＿　　地址：＿＿＿＿＿＿＿＿＿＿＿＿＿＿</w:t>
      </w:r>
    </w:p>
    <w:p>
      <w:r>
        <w:rPr>
          <w:b w:val="0"/>
        </w:rPr>
        <w:t>联系电话：＿＿＿＿＿＿＿＿＿＿＿＿＿　　联系电话：＿＿＿＿＿＿＿＿＿＿＿</w:t>
      </w:r>
    </w:p>
    <w:p>
      <w:r>
        <w:rPr>
          <w:b w:val="0"/>
        </w:rPr>
        <w:t>签订日期：＿＿＿＿年＿＿月＿＿日　　　签订日期：＿＿＿＿年＿＿月＿＿日</w:t>
      </w:r>
    </w:p>
    <w:p>
      <w:r>
        <w:rPr>
          <w:b w:val="0"/>
        </w:rPr>
        <w:t>签订地点：＿＿＿＿＿＿＿＿＿＿＿＿＿＿</w:t>
      </w:r>
    </w:p>
    <w:p>
      <w:r>
        <w:rPr>
          <w:sz w:val="18"/>
        </w:rPr>
        <w:t>注：本合同依据《民法典》承揽合同章制定。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