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封边带与热熔胶采购合同</w:t>
      </w:r>
    </w:p>
    <w:p/>
    <w:p>
      <w:r>
        <w:rPr>
          <w:b w:val="0"/>
        </w:rPr>
        <w:t>合同编号：＿＿＿＿＿＿　签订地点：＿＿＿＿＿＿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/>
    <w:p>
      <w:r>
        <w:rPr>
          <w:b w:val="0"/>
        </w:rPr>
        <w:t>根据《中华人民共和国民法典》及相关法律法规，双方平等自愿、协商一致订立本合同。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采购家具封边带（PVC/ABS/亚克力，厚度0.4-3mm，花色对色卡）与热熔胶（EVA/PUR，适用基材与涂布温度以技术参数表为准）。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封边带：背涂均匀、色牢度、耐磨、耐候符合行业标准；与甲方封边机适配。</w:t>
      </w:r>
    </w:p>
    <w:p>
      <w:r>
        <w:rPr>
          <w:b w:val="0"/>
        </w:rPr>
        <w:t>2. 热熔胶：熔融粘度、开放时间、耐热（＿＿℃）参数达标；PUR胶附检测报告。</w:t>
      </w:r>
    </w:p>
    <w:p>
      <w:r>
        <w:rPr>
          <w:b w:val="0"/>
        </w:rPr>
        <w:t>3. 每批附出厂检验单。</w:t>
      </w:r>
    </w:p>
    <w:p/>
    <w:p>
      <w:r>
        <w:rPr>
          <w:b/>
        </w:rPr>
        <w:t>第3条　检验与退换</w:t>
      </w:r>
    </w:p>
    <w:p>
      <w:r>
        <w:rPr>
          <w:b w:val="0"/>
        </w:rPr>
        <w:t>到货＿＿日内试机验证；出现脱胶、色差、跑边的整批退换，费用乙方承担。</w:t>
      </w:r>
    </w:p>
    <w:p/>
    <w:p>
      <w:r>
        <w:rPr>
          <w:b/>
        </w:rPr>
        <w:t>第4条　价格与结算</w:t>
      </w:r>
    </w:p>
    <w:p>
      <w:r>
        <w:rPr>
          <w:b w:val="0"/>
        </w:rPr>
        <w:t>单价按价格确认单；原料波动超＿＿%书面调价；结算□月结□货到付款。</w:t>
      </w:r>
    </w:p>
    <w:p/>
    <w:p>
      <w:r>
        <w:rPr>
          <w:b/>
        </w:rPr>
        <w:t>第5条　交付</w:t>
      </w:r>
    </w:p>
    <w:p>
      <w:r>
        <w:rPr>
          <w:b w:val="0"/>
        </w:rPr>
        <w:t>交期按订单；逾期每日＿＿‰违约金。</w:t>
      </w:r>
    </w:p>
    <w:p/>
    <w:p>
      <w:r>
        <w:rPr>
          <w:b/>
        </w:rPr>
        <w:t>第6条　包装</w:t>
      </w:r>
    </w:p>
    <w:p>
      <w:r>
        <w:rPr>
          <w:b w:val="0"/>
        </w:rPr>
        <w:t>封边带卷装防压、热熔胶颗粒密封防潮、注明批号与保质期（胶类＿＿个月）。</w:t>
      </w:r>
    </w:p>
    <w:p/>
    <w:p>
      <w:r>
        <w:rPr>
          <w:b/>
        </w:rPr>
        <w:t>第7条　违约责任</w:t>
      </w:r>
    </w:p>
    <w:p>
      <w:r>
        <w:rPr>
          <w:b w:val="0"/>
        </w:rPr>
        <w:t>质量不达标致甲方批量返工的，乙方承担返工损失；甲方逾期付款每日＿＿‰。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协商不成向＿＿＿＿人民法院起诉（勾选）。</w:t>
      </w:r>
    </w:p>
    <w:p/>
    <w:p>
      <w:r>
        <w:rPr>
          <w:b/>
        </w:rPr>
        <w:t>本合同一式＿＿份，甲乙各执＿＿份，自签字盖章之日起生效。</w:t>
      </w:r>
    </w:p>
    <w:p/>
    <w:p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　＿＿＿＿＿＿＿＿＿</w:t>
      </w:r>
    </w:p>
    <w:p>
      <w:r>
        <w:rPr>
          <w:b w:val="0"/>
        </w:rPr>
        <w:t>统一社会信用代码：＿＿＿＿＿＿＿＿＿＿　统一社会信用代码：＿＿＿＿＿＿</w:t>
      </w:r>
    </w:p>
    <w:p>
      <w:r>
        <w:rPr>
          <w:b w:val="0"/>
        </w:rPr>
        <w:t>地址：＿＿＿＿＿＿＿＿＿＿＿＿＿＿　　地址：＿＿＿＿＿＿＿＿＿＿＿＿</w:t>
      </w:r>
    </w:p>
    <w:p>
      <w:r>
        <w:rPr>
          <w:b w:val="0"/>
        </w:rPr>
        <w:t>联系电话：＿＿＿＿＿＿＿＿＿＿＿＿　　联系电话：＿＿＿＿＿＿＿＿＿＿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