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SimHei" w:hAnsi="SimHei" w:eastAsia="SimHei"/>
        </w:rPr>
        <w:t>家具物流运输合同</w:t>
      </w:r>
    </w:p>
    <w:p/>
    <w:p>
      <w:r>
        <w:rPr>
          <w:b w:val="0"/>
          <w:sz w:val="20"/>
        </w:rPr>
        <w:t>合同编号：＿＿＿＿＿＿＿＿　　签订地点：＿＿＿＿＿＿＿＿　　签订日期：＿＿＿＿年＿＿月＿＿日</w:t>
      </w:r>
    </w:p>
    <w:p/>
    <w:p>
      <w:r>
        <w:rPr>
          <w:b/>
        </w:rPr>
        <w:t>甲方（托运人）</w:t>
      </w:r>
    </w:p>
    <w:p>
      <w:r>
        <w:rPr>
          <w:b w:val="0"/>
        </w:rPr>
        <w:t>名称：＿＿＿＿＿＿＿＿＿＿　联系人/电话：＿＿＿＿＿＿</w:t>
      </w:r>
    </w:p>
    <w:p>
      <w:r>
        <w:rPr>
          <w:b/>
        </w:rPr>
        <w:t>乙方（承运人）</w:t>
      </w:r>
    </w:p>
    <w:p>
      <w:r>
        <w:rPr>
          <w:b w:val="0"/>
        </w:rPr>
        <w:t>名称：＿＿＿＿＿＿＿＿＿＿　统一社会信用代码：＿＿＿＿＿＿　道路运输经营许可证号：＿＿＿＿＿＿</w:t>
      </w:r>
    </w:p>
    <w:p>
      <w:r>
        <w:rPr>
          <w:b w:val="0"/>
        </w:rPr>
        <w:t>联系人/电话：＿＿＿＿＿＿</w:t>
      </w:r>
    </w:p>
    <w:p/>
    <w:p>
      <w:r>
        <w:rPr>
          <w:b w:val="0"/>
          <w:sz w:val="22"/>
        </w:rPr>
        <w:t>根据《中华人民共和国民法典》及相关法律法规的规定，甲乙双方本着平等自愿、诚实信用的原则，就有关事项协商一致，订立本合同，以资共同遵守。</w:t>
      </w:r>
    </w:p>
    <w:p/>
    <w:p>
      <w:r>
        <w:rPr>
          <w:b/>
        </w:rPr>
        <w:t>第1条　运输货物</w:t>
      </w:r>
    </w:p>
    <w:p>
      <w:r>
        <w:rPr>
          <w:b w:val="0"/>
        </w:rPr>
        <w:t>货物名称、件数、体积、重量以《送货单》/《运单》为准；货物价值声明：＿＿＿＿元。家具类货物须打木架/纸箱+珍珠棉防护（防护费用由＿＿方承担）。</w:t>
      </w:r>
    </w:p>
    <w:p/>
    <w:p>
      <w:r>
        <w:rPr>
          <w:b/>
        </w:rPr>
        <w:t>第2条　运输要求</w:t>
      </w:r>
    </w:p>
    <w:p>
      <w:r>
        <w:rPr>
          <w:b w:val="0"/>
        </w:rPr>
        <w:t>1. 起运地：＿＿＿＿＿＿＿＿　目的地：＿＿＿＿＿＿＿＿。</w:t>
      </w:r>
    </w:p>
    <w:p>
      <w:r>
        <w:rPr>
          <w:b w:val="0"/>
        </w:rPr>
        <w:t>2. 运输时限：＿＿＿＿年＿＿月＿＿日＿＿时前送达；逾期每日按运费＿＿%支付违约金。</w:t>
      </w:r>
    </w:p>
    <w:p>
      <w:r>
        <w:rPr>
          <w:b w:val="0"/>
        </w:rPr>
        <w:t>3. 乙方应妥善固定、防雨、防碰撞；装卸责任：□乙方　□甲方。</w:t>
      </w:r>
    </w:p>
    <w:p/>
    <w:p>
      <w:r>
        <w:rPr>
          <w:b/>
        </w:rPr>
        <w:t>第3条　运费与结算</w:t>
      </w:r>
    </w:p>
    <w:p>
      <w:r>
        <w:rPr>
          <w:b w:val="0"/>
        </w:rPr>
        <w:t>1. 运费单价：＿＿＿＿元/件或＿＿＿＿元/趟，预计总运费：＿＿＿＿元。</w:t>
      </w:r>
    </w:p>
    <w:p>
      <w:r>
        <w:rPr>
          <w:b w:val="0"/>
        </w:rPr>
        <w:t>2. 结算：□月结　□单结（货到签收后＿＿日内）。发票类型：□增值税专用发票　□普通发票。</w:t>
      </w:r>
    </w:p>
    <w:p/>
    <w:p>
      <w:r>
        <w:rPr>
          <w:b/>
        </w:rPr>
        <w:t>第4条　货损货差</w:t>
      </w:r>
    </w:p>
    <w:p>
      <w:r>
        <w:rPr>
          <w:b w:val="0"/>
        </w:rPr>
        <w:t>1. 货物运抵后收货人应当场验货签收；包装完好但内损的，收货人应在签收时注明并在＿＿日内向乙方书面提出。</w:t>
      </w:r>
    </w:p>
    <w:p>
      <w:r>
        <w:rPr>
          <w:b w:val="0"/>
        </w:rPr>
        <w:t>2. 运输途中货物毁损、灭失的，乙方按货物声明价值赔偿；未声明价值的按《民法典》第八百三十五条及相关规定处理。</w:t>
      </w:r>
    </w:p>
    <w:p/>
    <w:p>
      <w:r>
        <w:rPr>
          <w:b/>
        </w:rPr>
        <w:t>第5条　保险</w:t>
      </w:r>
    </w:p>
    <w:p>
      <w:r>
        <w:rPr>
          <w:b w:val="0"/>
        </w:rPr>
        <w:t>□甲方自行投保　□乙方代为投保（保费由＿＿方承担，保额：＿＿＿＿元）。</w:t>
      </w:r>
    </w:p>
    <w:p/>
    <w:p>
      <w:r>
        <w:rPr>
          <w:b/>
        </w:rPr>
        <w:t>第6条　违约责任</w:t>
      </w:r>
    </w:p>
    <w:p>
      <w:r>
        <w:rPr>
          <w:b w:val="0"/>
        </w:rPr>
        <w:t>1. 乙方擅自转委托第三方运输的，甲方有权解除合同并要求赔偿。</w:t>
      </w:r>
    </w:p>
    <w:p>
      <w:r>
        <w:rPr>
          <w:b w:val="0"/>
        </w:rPr>
        <w:t>2. 甲方虚报货物名称（夹带违禁品）的，责任自负并赔偿乙方损失。</w:t>
      </w:r>
    </w:p>
    <w:p/>
    <w:p>
      <w:r>
        <w:rPr>
          <w:b/>
        </w:rPr>
        <w:t>第7条　争议解决</w:t>
      </w:r>
    </w:p>
    <w:p>
      <w:r>
        <w:rPr>
          <w:b w:val="0"/>
        </w:rPr>
        <w:t>协商不成的，向起运地/目的地人民法院起诉（勾选）。</w:t>
      </w:r>
    </w:p>
    <w:p/>
    <w:p>
      <w:r>
        <w:rPr>
          <w:b/>
        </w:rPr>
        <w:t>本合同一式＿＿份，甲方执＿＿份，乙方执＿＿份，自双方签字盖章之日起生效。</w:t>
      </w:r>
    </w:p>
    <w:p/>
    <w:p>
      <w:pPr>
        <w:jc w:val="center"/>
      </w:pPr>
      <w:r>
        <w:rPr>
          <w:b w:val="0"/>
        </w:rPr>
        <w:t>（以下无正文，为签署页）</w:t>
      </w:r>
    </w:p>
    <w:p/>
    <w:p>
      <w:r>
        <w:rPr>
          <w:b w:val="0"/>
        </w:rPr>
        <w:t>甲方（盖章）：＿＿＿＿＿＿＿＿＿＿＿＿　　乙方（盖章）：＿＿＿＿＿＿＿＿＿＿＿＿</w:t>
      </w:r>
    </w:p>
    <w:p>
      <w:r>
        <w:rPr>
          <w:b w:val="0"/>
        </w:rPr>
        <w:t>法定代表人或委托代理人（签字）：＿＿＿＿＿＿＿＿　　法定代表人或委托代理人（签字）：＿＿＿＿＿＿＿＿</w:t>
      </w:r>
    </w:p>
    <w:p>
      <w:r>
        <w:rPr>
          <w:b w:val="0"/>
        </w:rPr>
        <w:t>统一社会信用代码：＿＿＿＿＿＿＿＿＿＿　　统一社会信用代码：＿＿＿＿＿＿＿＿＿＿</w:t>
      </w:r>
    </w:p>
    <w:p>
      <w:r>
        <w:rPr>
          <w:b w:val="0"/>
        </w:rPr>
        <w:t>地址：＿＿＿＿＿＿＿＿＿＿＿＿＿＿＿＿　　地址：＿＿＿＿＿＿＿＿＿＿＿＿＿＿＿＿</w:t>
      </w:r>
    </w:p>
    <w:p>
      <w:r>
        <w:rPr>
          <w:b w:val="0"/>
        </w:rPr>
        <w:t>联系电话：＿＿＿＿＿＿＿＿＿＿＿＿＿＿　　联系电话：＿＿＿＿＿＿＿＿＿＿＿＿＿＿</w:t>
      </w:r>
    </w:p>
    <w:p>
      <w:r>
        <w:rPr>
          <w:b w:val="0"/>
        </w:rPr>
        <w:t>签订日期：＿＿＿＿年＿＿月＿＿日　　　　签订日期：＿＿＿＿年＿＿月＿＿日</w:t>
      </w:r>
    </w:p>
    <w:p>
      <w:r>
        <w:rPr>
          <w:b w:val="0"/>
        </w:rPr>
        <w:t>签订地点：＿＿＿＿＿＿＿＿＿＿＿＿＿＿</w:t>
      </w:r>
    </w:p>
    <w:p>
      <w:r>
        <w:rPr>
          <w:sz w:val="18"/>
        </w:rPr>
        <w:t>注：本合同依据《民法典》运输合同章及《道路货物运输规则》制定，供参考使用。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imSun" w:hAnsi="SimSun" w:eastAsia="SimSu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