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家具安装服务合同</w:t>
      </w:r>
    </w:p>
    <w:p/>
    <w:p>
      <w:r>
        <w:rPr>
          <w:b w:val="0"/>
          <w:sz w:val="20"/>
        </w:rPr>
        <w:t>合同编号：＿＿＿＿＿＿＿＿　　签订地点：＿＿＿＿＿＿＿＿　　签订日期：＿＿＿＿年＿＿月＿＿日</w:t>
      </w:r>
    </w:p>
    <w:p/>
    <w:p>
      <w:r>
        <w:rPr>
          <w:b/>
        </w:rPr>
        <w:t>甲方（定作人）</w:t>
      </w:r>
    </w:p>
    <w:p>
      <w:r>
        <w:rPr>
          <w:b w:val="0"/>
        </w:rPr>
        <w:t>名称/姓名：＿＿＿＿＿＿　联系电话：＿＿＿＿＿＿</w:t>
      </w:r>
    </w:p>
    <w:p>
      <w:r>
        <w:rPr>
          <w:b w:val="0"/>
        </w:rPr>
        <w:t>安装地址：＿＿＿＿＿＿＿＿＿＿＿＿＿＿＿＿</w:t>
      </w:r>
    </w:p>
    <w:p>
      <w:r>
        <w:rPr>
          <w:b/>
        </w:rPr>
        <w:t>乙方（承揽人）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负责人/电话：＿＿＿＿＿＿＿＿</w:t>
      </w:r>
    </w:p>
    <w:p/>
    <w:p>
      <w:r>
        <w:rPr>
          <w:b w:val="0"/>
          <w:sz w:val="22"/>
        </w:rPr>
        <w:t>根据《中华人民共和国民法典》及相关法律法规的规定，甲乙双方本着平等自愿、诚实信用的原则，就有关事项协商一致，订立本合同，以资共同遵守。</w:t>
      </w:r>
    </w:p>
    <w:p/>
    <w:p>
      <w:r>
        <w:rPr>
          <w:b/>
        </w:rPr>
        <w:t>第1条　服务内容</w:t>
      </w:r>
    </w:p>
    <w:p>
      <w:r>
        <w:rPr>
          <w:b w:val="0"/>
        </w:rPr>
        <w:t>乙方为甲方提供家具安装、搬运、组装、调试服务，产品清单及安装要求见附件《安装任务单》。</w:t>
      </w:r>
    </w:p>
    <w:p/>
    <w:p>
      <w:r>
        <w:rPr>
          <w:b/>
        </w:rPr>
        <w:t>第2条　服务期限与到场时间</w:t>
      </w:r>
    </w:p>
    <w:p>
      <w:r>
        <w:rPr>
          <w:b w:val="0"/>
        </w:rPr>
        <w:t>1. 服务日期：＿＿＿＿年＿＿月＿＿日＿＿时至＿＿时。</w:t>
      </w:r>
    </w:p>
    <w:p>
      <w:r>
        <w:rPr>
          <w:b w:val="0"/>
        </w:rPr>
        <w:t>2. 乙方迟到超过＿＿分钟，甲方可要求减免服务费＿＿%；无故不到场的，应赔偿甲方因此产生的损失。</w:t>
      </w:r>
    </w:p>
    <w:p/>
    <w:p>
      <w:r>
        <w:rPr>
          <w:b/>
        </w:rPr>
        <w:t>第3条　服务费用与支付</w:t>
      </w:r>
    </w:p>
    <w:p>
      <w:r>
        <w:rPr>
          <w:b w:val="0"/>
        </w:rPr>
        <w:t>1. 服务费共计人民币＿＿＿＿元（大写：＿＿＿＿＿＿）。含搬运/不含搬运上楼费（勾选）；超大件、无电梯楼层加价标准：＿＿＿＿。</w:t>
      </w:r>
    </w:p>
    <w:p>
      <w:r>
        <w:rPr>
          <w:b w:val="0"/>
        </w:rPr>
        <w:t>2. 支付方式：□安装验收合格后当场付清　□预付＿＿%＋验收后付余款。</w:t>
      </w:r>
    </w:p>
    <w:p/>
    <w:p>
      <w:r>
        <w:rPr>
          <w:b/>
        </w:rPr>
        <w:t>第4条　验收标准</w:t>
      </w:r>
    </w:p>
    <w:p>
      <w:r>
        <w:rPr>
          <w:b w:val="0"/>
        </w:rPr>
        <w:t>1. 安装完成后家具应摆放到位、结构稳固、五金件齐全紧固、柜门抽屉开合顺畅、无刮花碰伤。</w:t>
      </w:r>
    </w:p>
    <w:p>
      <w:r>
        <w:rPr>
          <w:b w:val="0"/>
        </w:rPr>
        <w:t>2. 甲方当场验收签字确认；隐蔽问题（如螺丝漏装）在＿＿日内发现的，乙方应免费返工。</w:t>
      </w:r>
    </w:p>
    <w:p/>
    <w:p>
      <w:r>
        <w:rPr>
          <w:b/>
        </w:rPr>
        <w:t>第5条　甲方义务</w:t>
      </w:r>
    </w:p>
    <w:p>
      <w:r>
        <w:rPr>
          <w:b w:val="0"/>
        </w:rPr>
        <w:t>1. 提供场地、水电及电梯使用便利；提前清空安装路径。</w:t>
      </w:r>
    </w:p>
    <w:p>
      <w:r>
        <w:rPr>
          <w:b w:val="0"/>
        </w:rPr>
        <w:t>2. 产品缺失、损坏应在安装前告知乙方，安装过程中发现的由责任方承担。</w:t>
      </w:r>
    </w:p>
    <w:p/>
    <w:p>
      <w:r>
        <w:rPr>
          <w:b/>
        </w:rPr>
        <w:t>第6条　安全责任</w:t>
      </w:r>
    </w:p>
    <w:p>
      <w:r>
        <w:rPr>
          <w:b w:val="0"/>
        </w:rPr>
        <w:t>1. 乙方作业人员的安全由乙方负责，作业期间发生人身伤害由乙方承担责任。</w:t>
      </w:r>
    </w:p>
    <w:p>
      <w:r>
        <w:rPr>
          <w:b w:val="0"/>
        </w:rPr>
        <w:t>2. 乙方作业造成甲方地板、墙面、电梯等财产损坏的，照价赔偿。</w:t>
      </w:r>
    </w:p>
    <w:p/>
    <w:p>
      <w:r>
        <w:rPr>
          <w:b/>
        </w:rPr>
        <w:t>第7条　违约责任</w:t>
      </w:r>
    </w:p>
    <w:p>
      <w:r>
        <w:rPr>
          <w:b w:val="0"/>
        </w:rPr>
        <w:t>任一方违约的，向守约方支付合同总额＿＿%的违约金；违约金不足弥补损失的，按实际损失赔偿。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协商不成的，向安装地人民法院起诉。</w:t>
      </w:r>
    </w:p>
    <w:p/>
    <w:p>
      <w:r>
        <w:rPr>
          <w:b/>
        </w:rPr>
        <w:t>本合同一式＿＿份，甲方执＿＿份，乙方执＿＿份，自双方签字盖章之日起生效。</w:t>
      </w:r>
    </w:p>
    <w:p/>
    <w:p>
      <w:pPr>
        <w:jc w:val="center"/>
      </w:pPr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甲方（盖章）：＿＿＿＿＿＿＿＿＿＿＿＿　　乙方（盖章）：＿＿＿＿＿＿＿＿＿＿＿＿</w:t>
      </w:r>
    </w:p>
    <w:p>
      <w:r>
        <w:rPr>
          <w:b w:val="0"/>
        </w:rPr>
        <w:t>法定代表人或委托代理人（签字）：＿＿＿＿＿＿＿＿　　法定代表人或委托代理人（签字）：＿＿＿＿＿＿＿＿</w:t>
      </w:r>
    </w:p>
    <w:p>
      <w:r>
        <w:rPr>
          <w:b w:val="0"/>
        </w:rPr>
        <w:t>统一社会信用代码：＿＿＿＿＿＿＿＿＿＿　　统一社会信用代码：＿＿＿＿＿＿＿＿＿＿</w:t>
      </w:r>
    </w:p>
    <w:p>
      <w:r>
        <w:rPr>
          <w:b w:val="0"/>
        </w:rPr>
        <w:t>地址：＿＿＿＿＿＿＿＿＿＿＿＿＿＿＿＿　　地址：＿＿＿＿＿＿＿＿＿＿＿＿＿＿＿＿</w:t>
      </w:r>
    </w:p>
    <w:p>
      <w:r>
        <w:rPr>
          <w:b w:val="0"/>
        </w:rPr>
        <w:t>联系电话：＿＿＿＿＿＿＿＿＿＿＿＿＿＿　　联系电话：＿＿＿＿＿＿＿＿＿＿＿＿＿＿</w:t>
      </w:r>
    </w:p>
    <w:p>
      <w:r>
        <w:rPr>
          <w:b w:val="0"/>
        </w:rPr>
        <w:t>签订日期：＿＿＿＿年＿＿月＿＿日　　　　签订日期：＿＿＿＿年＿＿月＿＿日</w:t>
      </w:r>
    </w:p>
    <w:p>
      <w:r>
        <w:rPr>
          <w:b w:val="0"/>
        </w:rPr>
        <w:t>签订地点：＿＿＿＿＿＿＿＿＿＿＿＿＿＿</w:t>
      </w:r>
    </w:p>
    <w:p>
      <w:r>
        <w:rPr>
          <w:sz w:val="18"/>
        </w:rPr>
        <w:t>注：本合同依据《民法典》承揽合同章制定，供参考使用。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