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家具售后服务协议</w:t>
      </w:r>
    </w:p>
    <w:p/>
    <w:p>
      <w:r>
        <w:rPr>
          <w:b w:val="0"/>
        </w:rPr>
        <w:t>合同编号：＿＿＿＿＿＿　签订地点：＿＿＿＿＿＿　签订日期：＿＿＿＿年＿＿月＿＿日</w:t>
      </w:r>
    </w:p>
    <w:p/>
    <w:p>
      <w:r>
        <w:rPr>
          <w:b/>
        </w:rPr>
        <w:t>甲方（服务方/卖方）</w:t>
      </w:r>
    </w:p>
    <w:p>
      <w:r>
        <w:rPr>
          <w:b w:val="0"/>
        </w:rPr>
        <w:t>名称：＿＿＿＿＿＿＿＿　联系电话：＿＿＿＿＿＿</w:t>
      </w:r>
    </w:p>
    <w:p>
      <w:r>
        <w:rPr>
          <w:b/>
        </w:rPr>
        <w:t>乙方（客户/买方）</w:t>
      </w:r>
    </w:p>
    <w:p>
      <w:r>
        <w:rPr>
          <w:b w:val="0"/>
        </w:rPr>
        <w:t>名称/姓名：＿＿＿＿＿＿　联系电话：＿＿＿＿＿＿　合同/订单号：＿＿＿＿＿＿</w:t>
      </w:r>
    </w:p>
    <w:p/>
    <w:p>
      <w:r>
        <w:rPr>
          <w:b w:val="0"/>
        </w:rPr>
        <w:t>根据《中华人民共和国民法典》及相关法律法规，双方平等自愿、协商一致订立本合同。</w:t>
      </w:r>
    </w:p>
    <w:p/>
    <w:p>
      <w:r>
        <w:rPr>
          <w:b/>
        </w:rPr>
        <w:t>第1条　服务范围</w:t>
      </w:r>
    </w:p>
    <w:p>
      <w:r>
        <w:rPr>
          <w:b w:val="0"/>
        </w:rPr>
        <w:t>甲方对其售出家具产品提供：质保期内免费维修（正常使用故障）、质保期外有偿维修、配件更换、上门安装调试等服务。</w:t>
      </w:r>
    </w:p>
    <w:p/>
    <w:p>
      <w:r>
        <w:rPr>
          <w:b/>
        </w:rPr>
        <w:t>第2条　质保期限</w:t>
      </w:r>
    </w:p>
    <w:p>
      <w:r>
        <w:rPr>
          <w:b w:val="0"/>
        </w:rPr>
        <w:t>1. 整体质保＿＿年（自交付验收之日起）；框架/弹簧等结构件＿＿年；海绵/面料等软体部分＿＿年。</w:t>
      </w:r>
    </w:p>
    <w:p>
      <w:r>
        <w:rPr>
          <w:b w:val="0"/>
        </w:rPr>
        <w:t>2. 人为损坏、水浸、火灾、私自拆改不在免费范围。</w:t>
      </w:r>
    </w:p>
    <w:p/>
    <w:p>
      <w:r>
        <w:rPr>
          <w:b/>
        </w:rPr>
        <w:t>第3条　响应时效</w:t>
      </w:r>
    </w:p>
    <w:p>
      <w:r>
        <w:rPr>
          <w:b w:val="0"/>
        </w:rPr>
        <w:t>市区48小时/异地＿＿小时响应；需返厂维修的，修复周期＿＿天并提供备用方案。</w:t>
      </w:r>
    </w:p>
    <w:p/>
    <w:p>
      <w:r>
        <w:rPr>
          <w:b/>
        </w:rPr>
        <w:t>第4条　服务费用</w:t>
      </w:r>
    </w:p>
    <w:p>
      <w:r>
        <w:rPr>
          <w:b w:val="0"/>
        </w:rPr>
        <w:t>质保内免收上门费与材料费；质保外按收费标准：上门费＿＿元＋材料费＋远程另计。</w:t>
      </w:r>
    </w:p>
    <w:p/>
    <w:p>
      <w:r>
        <w:rPr>
          <w:b/>
        </w:rPr>
        <w:t>第5条　配件供应</w:t>
      </w:r>
    </w:p>
    <w:p>
      <w:r>
        <w:rPr>
          <w:b w:val="0"/>
        </w:rPr>
        <w:t>主要配件保证供应＿＿年；停产型号提供替代方案。</w:t>
      </w:r>
    </w:p>
    <w:p/>
    <w:p>
      <w:r>
        <w:rPr>
          <w:b/>
        </w:rPr>
        <w:t>第6条　客户义务</w:t>
      </w:r>
    </w:p>
    <w:p>
      <w:r>
        <w:rPr>
          <w:b w:val="0"/>
        </w:rPr>
        <w:t>按说明书使用保养；报修时提供订单号与故障照片/视频。</w:t>
      </w:r>
    </w:p>
    <w:p/>
    <w:p>
      <w:r>
        <w:rPr>
          <w:b/>
        </w:rPr>
        <w:t>第7条　争议解决</w:t>
      </w:r>
    </w:p>
    <w:p>
      <w:r>
        <w:rPr>
          <w:b w:val="0"/>
        </w:rPr>
        <w:t>协商不成向＿＿＿＿人民法院起诉（勾选）。</w:t>
      </w:r>
    </w:p>
    <w:p/>
    <w:p>
      <w:r>
        <w:rPr>
          <w:b/>
        </w:rPr>
        <w:t>本合同一式＿＿份，甲乙各执＿＿份，自签字盖章之日起生效。</w:t>
      </w:r>
    </w:p>
    <w:p/>
    <w:p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　　乙方（盖章）：＿＿＿＿＿＿＿＿＿＿</w:t>
      </w:r>
    </w:p>
    <w:p>
      <w:r>
        <w:rPr>
          <w:b w:val="0"/>
        </w:rPr>
        <w:t>法定代表人/委托代理人（签字）：＿＿＿＿＿＿＿＿＿　＿＿＿＿＿＿＿＿＿</w:t>
      </w:r>
    </w:p>
    <w:p>
      <w:r>
        <w:rPr>
          <w:b w:val="0"/>
        </w:rPr>
        <w:t>统一社会信用代码：＿＿＿＿＿＿＿＿＿＿　统一社会信用代码：＿＿＿＿＿＿</w:t>
      </w:r>
    </w:p>
    <w:p>
      <w:r>
        <w:rPr>
          <w:b w:val="0"/>
        </w:rPr>
        <w:t>地址：＿＿＿＿＿＿＿＿＿＿＿＿＿＿　　地址：＿＿＿＿＿＿＿＿＿＿＿＿</w:t>
      </w:r>
    </w:p>
    <w:p>
      <w:r>
        <w:rPr>
          <w:b w:val="0"/>
        </w:rPr>
        <w:t>联系电话：＿＿＿＿＿＿＿＿＿＿＿＿　　联系电话：＿＿＿＿＿＿＿＿＿＿</w:t>
      </w:r>
    </w:p>
    <w:p>
      <w:r>
        <w:rPr>
          <w:b w:val="0"/>
        </w:rPr>
        <w:t>签订日期：＿＿＿＿年＿＿月＿＿日　　　签订日期：＿＿＿＿年＿＿月＿＿日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