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实木板材坯料采购合同</w:t>
      </w:r>
    </w:p>
    <w:p/>
    <w:p>
      <w:r>
        <w:rPr>
          <w:b w:val="0"/>
        </w:rPr>
        <w:t>合同编号：＿＿＿＿＿＿　签订地点：＿＿＿＿＿＿　签订日期：＿＿＿＿年＿＿月＿＿日</w:t>
      </w:r>
    </w:p>
    <w:p/>
    <w:p>
      <w:r>
        <w:rPr>
          <w:b/>
        </w:rPr>
        <w:t>甲方（采购方）</w:t>
      </w:r>
    </w:p>
    <w:p>
      <w:r>
        <w:rPr>
          <w:b w:val="0"/>
        </w:rPr>
        <w:t>名称：＿＿＿＿＿＿＿＿　统一社会信用代码：＿＿＿＿＿＿</w:t>
      </w:r>
    </w:p>
    <w:p>
      <w:r>
        <w:rPr>
          <w:b w:val="0"/>
        </w:rPr>
        <w:t>地址：＿＿＿＿＿＿＿＿　联系人/电话：＿＿＿＿＿＿</w:t>
      </w:r>
    </w:p>
    <w:p>
      <w:r>
        <w:rPr>
          <w:b/>
        </w:rPr>
        <w:t>乙方（供货方）</w:t>
      </w:r>
    </w:p>
    <w:p>
      <w:r>
        <w:rPr>
          <w:b w:val="0"/>
        </w:rPr>
        <w:t>名称：＿＿＿＿＿＿＿＿　统一社会信用代码：＿＿＿＿＿＿</w:t>
      </w:r>
    </w:p>
    <w:p>
      <w:r>
        <w:rPr>
          <w:b w:val="0"/>
        </w:rPr>
        <w:t>地址：＿＿＿＿＿＿＿＿　联系人/电话：＿＿＿＿＿＿</w:t>
      </w:r>
    </w:p>
    <w:p/>
    <w:p>
      <w:r>
        <w:rPr>
          <w:b w:val="0"/>
        </w:rPr>
        <w:t>根据《中华人民共和国民法典》及相关法律法规，双方平等自愿、协商一致订立本合同。</w:t>
      </w:r>
    </w:p>
    <w:p/>
    <w:p>
      <w:r>
        <w:rPr>
          <w:b/>
        </w:rPr>
        <w:t>第1条　标的与明细</w:t>
      </w:r>
    </w:p>
    <w:p>
      <w:r>
        <w:rPr>
          <w:b w:val="0"/>
        </w:rPr>
        <w:t>采购实木板材/集成材/拼板坯料：树种（橡木/榉木/桦木/松木等）、等级（FAS/普1级/普2级）、规格（厚＿＿mm×宽＿＿×长＿＿m）、含水率＿＿%，以订单和封样为准。</w:t>
      </w:r>
    </w:p>
    <w:p/>
    <w:p>
      <w:r>
        <w:rPr>
          <w:b/>
        </w:rPr>
        <w:t>第2条　质量标准</w:t>
      </w:r>
    </w:p>
    <w:p>
      <w:r>
        <w:rPr>
          <w:b w:val="0"/>
        </w:rPr>
        <w:t>1. 含水率＿＿%±2%（南方/北方按使用地平衡含水率）；每批附烘干记录。</w:t>
      </w:r>
    </w:p>
    <w:p>
      <w:r>
        <w:rPr>
          <w:b w:val="0"/>
        </w:rPr>
        <w:t>2. 等级按 NHLA 或双方约定等级描述；活节/死节/裂纹/蓝变/虫眼允许度按等级标准执行。</w:t>
      </w:r>
    </w:p>
    <w:p>
      <w:r>
        <w:rPr>
          <w:b w:val="0"/>
        </w:rPr>
        <w:t>3. 拼板胶合强度符合标准，无开胶、透胶；甲醛释放量E0/E1级附检测报告。</w:t>
      </w:r>
    </w:p>
    <w:p/>
    <w:p>
      <w:r>
        <w:rPr>
          <w:b/>
        </w:rPr>
        <w:t>第3条　检验与退换</w:t>
      </w:r>
    </w:p>
    <w:p>
      <w:r>
        <w:rPr>
          <w:b w:val="0"/>
        </w:rPr>
        <w:t>到货＿＿日内验收（数量点检、等级抽验、含水率抽测）；等级不符、含水率超标的整批退换，费用乙方承担。</w:t>
      </w:r>
    </w:p>
    <w:p/>
    <w:p>
      <w:r>
        <w:rPr>
          <w:b/>
        </w:rPr>
        <w:t>第4条　价格与结算</w:t>
      </w:r>
    </w:p>
    <w:p>
      <w:r>
        <w:rPr>
          <w:b w:val="0"/>
        </w:rPr>
        <w:t>单价按《价格确认单》执行，锁价＿＿个月；结算□月结□货到付款；□专票□普票。</w:t>
      </w:r>
    </w:p>
    <w:p/>
    <w:p>
      <w:r>
        <w:rPr>
          <w:b/>
        </w:rPr>
        <w:t>第5条　交付</w:t>
      </w:r>
    </w:p>
    <w:p>
      <w:r>
        <w:rPr>
          <w:b w:val="0"/>
        </w:rPr>
        <w:t>送货至＿＿＿＿＿＿；交期按订单；逾期每日＿＿‰违约金。运输变形、开裂由乙方负责。</w:t>
      </w:r>
    </w:p>
    <w:p/>
    <w:p>
      <w:r>
        <w:rPr>
          <w:b/>
        </w:rPr>
        <w:t>第6条　包装</w:t>
      </w:r>
    </w:p>
    <w:p>
      <w:r>
        <w:rPr>
          <w:b w:val="0"/>
        </w:rPr>
        <w:t>板材平放打包、防潮防变形；标签注明树种/等级/规格/数量/批号。</w:t>
      </w:r>
    </w:p>
    <w:p/>
    <w:p>
      <w:r>
        <w:rPr>
          <w:b/>
        </w:rPr>
        <w:t>第7条　违约责任</w:t>
      </w:r>
    </w:p>
    <w:p>
      <w:r>
        <w:rPr>
          <w:b w:val="0"/>
        </w:rPr>
        <w:t>等级掺假、树种不符的按假一罚＿＿赔偿；甲方逾期付款每日＿＿‰违约金。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协商不成向＿＿＿＿人民法院起诉（勾选）。</w:t>
      </w:r>
    </w:p>
    <w:p/>
    <w:p>
      <w:r>
        <w:rPr>
          <w:b/>
        </w:rPr>
        <w:t>本合同一式＿＿份，甲乙各执＿＿份，自签字盖章之日起生效。</w:t>
      </w:r>
    </w:p>
    <w:p/>
    <w:p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　＿＿＿＿＿＿＿＿＿</w:t>
      </w:r>
    </w:p>
    <w:p>
      <w:r>
        <w:rPr>
          <w:b w:val="0"/>
        </w:rPr>
        <w:t>统一社会信用代码：＿＿＿＿＿＿＿＿＿＿　统一社会信用代码：＿＿＿＿＿＿</w:t>
      </w:r>
    </w:p>
    <w:p>
      <w:r>
        <w:rPr>
          <w:b w:val="0"/>
        </w:rPr>
        <w:t>地址：＿＿＿＿＿＿＿＿＿＿＿＿＿＿　　地址：＿＿＿＿＿＿＿＿＿＿＿＿</w:t>
      </w:r>
    </w:p>
    <w:p>
      <w:r>
        <w:rPr>
          <w:b w:val="0"/>
        </w:rPr>
        <w:t>联系电话：＿＿＿＿＿＿＿＿＿＿＿＿　　联系电话：＿＿＿＿＿＿＿＿＿＿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