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人造板（刨花板/密度板/多层板）采购合同</w:t>
      </w:r>
    </w:p>
    <w:p/>
    <w:p>
      <w:r>
        <w:rPr>
          <w:b w:val="0"/>
        </w:rPr>
        <w:t>合同编号：＿＿＿＿＿＿　签订地点：＿＿＿＿＿＿　签订日期：＿＿＿＿年＿＿月＿＿日</w:t>
      </w:r>
    </w:p>
    <w:p/>
    <w:p>
      <w:r>
        <w:rPr>
          <w:b/>
        </w:rPr>
        <w:t>甲方（采购方）</w:t>
      </w:r>
    </w:p>
    <w:p>
      <w:r>
        <w:rPr>
          <w:b w:val="0"/>
        </w:rPr>
        <w:t>名称：＿＿＿＿＿＿＿＿　统一社会信用代码：＿＿＿＿＿＿</w:t>
      </w:r>
    </w:p>
    <w:p>
      <w:r>
        <w:rPr>
          <w:b w:val="0"/>
        </w:rPr>
        <w:t>地址：＿＿＿＿＿＿＿＿　联系人/电话：＿＿＿＿＿＿</w:t>
      </w:r>
    </w:p>
    <w:p>
      <w:r>
        <w:rPr>
          <w:b/>
        </w:rPr>
        <w:t>乙方（供货方）</w:t>
      </w:r>
    </w:p>
    <w:p>
      <w:r>
        <w:rPr>
          <w:b w:val="0"/>
        </w:rPr>
        <w:t>名称：＿＿＿＿＿＿＿＿　统一社会信用代码：＿＿＿＿＿＿</w:t>
      </w:r>
    </w:p>
    <w:p>
      <w:r>
        <w:rPr>
          <w:b w:val="0"/>
        </w:rPr>
        <w:t>地址：＿＿＿＿＿＿＿＿　联系人/电话：＿＿＿＿＿＿</w:t>
      </w:r>
    </w:p>
    <w:p/>
    <w:p>
      <w:r>
        <w:rPr>
          <w:b w:val="0"/>
        </w:rPr>
        <w:t>根据《中华人民共和国民法典》及相关法律法规，双方平等自愿、协商一致订立本合同。</w:t>
      </w:r>
    </w:p>
    <w:p/>
    <w:p>
      <w:r>
        <w:rPr>
          <w:b/>
        </w:rPr>
        <w:t>第1条　标的与明细</w:t>
      </w:r>
    </w:p>
    <w:p>
      <w:r>
        <w:rPr>
          <w:b w:val="0"/>
        </w:rPr>
        <w:t>采购刨花板（实木颗粒板）、中密度纤维板（MDF）、多层实木板：厚度＿＿mm、幅面1220×2440mm、环保等级E0/E1/ENF，品牌/花色（饰面）以订单为准。</w:t>
      </w:r>
    </w:p>
    <w:p/>
    <w:p>
      <w:r>
        <w:rPr>
          <w:b/>
        </w:rPr>
        <w:t>第2条　质量标准</w:t>
      </w:r>
    </w:p>
    <w:p>
      <w:r>
        <w:rPr>
          <w:b w:val="0"/>
        </w:rPr>
        <w:t>1. 甲醛释放量符合GB 18580并附型式检验报告；每批加盖合格证与批次章。</w:t>
      </w:r>
    </w:p>
    <w:p>
      <w:r>
        <w:rPr>
          <w:b w:val="0"/>
        </w:rPr>
        <w:t>2. 板面平整、无鼓泡、无分层、边部密实；厚度公差±＿＿mm；密度＿＿kg/m³。</w:t>
      </w:r>
    </w:p>
    <w:p>
      <w:r>
        <w:rPr>
          <w:b w:val="0"/>
        </w:rPr>
        <w:t>3. 饰面色差控制：同批缸差≤＿＿级，附色卡。</w:t>
      </w:r>
    </w:p>
    <w:p/>
    <w:p>
      <w:r>
        <w:rPr>
          <w:b/>
        </w:rPr>
        <w:t>第3条　检验与退换</w:t>
      </w:r>
    </w:p>
    <w:p>
      <w:r>
        <w:rPr>
          <w:b w:val="0"/>
        </w:rPr>
        <w:t>到货＿＿日内抽检甲醛与厚度；不达标整批退换并承担检测费用；开料后发现分层的按实际损失赔偿。</w:t>
      </w:r>
    </w:p>
    <w:p/>
    <w:p>
      <w:r>
        <w:rPr>
          <w:b/>
        </w:rPr>
        <w:t>第4条　价格与结算</w:t>
      </w:r>
    </w:p>
    <w:p>
      <w:r>
        <w:rPr>
          <w:b w:val="0"/>
        </w:rPr>
        <w:t>单价按价格确认单，锁价＿＿个月；结算□月结30/60天□预付；□专票。</w:t>
      </w:r>
    </w:p>
    <w:p/>
    <w:p>
      <w:r>
        <w:rPr>
          <w:b/>
        </w:rPr>
        <w:t>第5条　交付</w:t>
      </w:r>
    </w:p>
    <w:p>
      <w:r>
        <w:rPr>
          <w:b w:val="0"/>
        </w:rPr>
        <w:t>送货至＿＿＿＿＿＿；交期按订单；逾期每日＿＿‰违约金；运输受潮变形由乙方承担。</w:t>
      </w:r>
    </w:p>
    <w:p/>
    <w:p>
      <w:r>
        <w:rPr>
          <w:b/>
        </w:rPr>
        <w:t>第6条　包装</w:t>
      </w:r>
    </w:p>
    <w:p>
      <w:r>
        <w:rPr>
          <w:b w:val="0"/>
        </w:rPr>
        <w:t>防潮膜+托盘平放，防弯防压；标签注明品牌/厚度/等级/数量/批号。</w:t>
      </w:r>
    </w:p>
    <w:p/>
    <w:p>
      <w:r>
        <w:rPr>
          <w:b/>
        </w:rPr>
        <w:t>第7条　违约责任</w:t>
      </w:r>
    </w:p>
    <w:p>
      <w:r>
        <w:rPr>
          <w:b w:val="0"/>
        </w:rPr>
        <w:t>环保等级造假的按货款＿＿倍赔偿并承担成品召回损失；甲方逾期付款每日＿＿‰。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协商不成向＿＿＿＿人民法院起诉（勾选）。</w:t>
      </w:r>
    </w:p>
    <w:p/>
    <w:p>
      <w:r>
        <w:rPr>
          <w:b/>
        </w:rPr>
        <w:t>本合同一式＿＿份，甲乙各执＿＿份，自签字盖章之日起生效。</w:t>
      </w:r>
    </w:p>
    <w:p/>
    <w:p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　＿＿＿＿＿＿＿＿＿</w:t>
      </w:r>
    </w:p>
    <w:p>
      <w:r>
        <w:rPr>
          <w:b w:val="0"/>
        </w:rPr>
        <w:t>统一社会信用代码：＿＿＿＿＿＿＿＿＿＿　统一社会信用代码：＿＿＿＿＿＿</w:t>
      </w:r>
    </w:p>
    <w:p>
      <w:r>
        <w:rPr>
          <w:b w:val="0"/>
        </w:rPr>
        <w:t>地址：＿＿＿＿＿＿＿＿＿＿＿＿＿＿　　地址：＿＿＿＿＿＿＿＿＿＿＿＿</w:t>
      </w:r>
    </w:p>
    <w:p>
      <w:r>
        <w:rPr>
          <w:b w:val="0"/>
        </w:rPr>
        <w:t>联系电话：＿＿＿＿＿＿＿＿＿＿＿＿　　联系电话：＿＿＿＿＿＿＿＿＿＿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