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SimHei" w:hAnsi="SimHei" w:eastAsia="SimHei"/>
        </w:rPr>
        <w:t>五金配件供货合同</w:t>
      </w:r>
    </w:p>
    <w:p/>
    <w:p>
      <w:r>
        <w:rPr>
          <w:b w:val="0"/>
        </w:rPr>
        <w:t>合同编号：＿＿＿＿＿＿＿＿　签订地点：＿＿＿＿＿＿＿＿　签订日期：＿＿＿＿年＿＿月＿＿日</w:t>
      </w:r>
    </w:p>
    <w:p/>
    <w:p>
      <w:r>
        <w:rPr>
          <w:b/>
        </w:rPr>
        <w:t>甲方（采购方）</w:t>
      </w:r>
    </w:p>
    <w:p>
      <w:r>
        <w:rPr>
          <w:b w:val="0"/>
        </w:rPr>
        <w:t>名称：＿＿＿＿＿＿＿＿＿＿　统一社会信用代码：＿＿＿＿＿＿</w:t>
      </w:r>
    </w:p>
    <w:p>
      <w:r>
        <w:rPr>
          <w:b w:val="0"/>
        </w:rPr>
        <w:t>地址：＿＿＿＿＿＿＿＿＿＿　联系人/电话：＿＿＿＿＿＿</w:t>
      </w:r>
    </w:p>
    <w:p>
      <w:r>
        <w:rPr>
          <w:b/>
        </w:rPr>
        <w:t>乙方（供货方）</w:t>
      </w:r>
    </w:p>
    <w:p>
      <w:r>
        <w:rPr>
          <w:b w:val="0"/>
        </w:rPr>
        <w:t>名称：＿＿＿＿＿＿＿＿＿＿　统一社会信用代码：＿＿＿＿＿＿</w:t>
      </w:r>
    </w:p>
    <w:p>
      <w:r>
        <w:rPr>
          <w:b w:val="0"/>
        </w:rPr>
        <w:t>地址：＿＿＿＿＿＿＿＿＿＿　联系人/电话：＿＿＿＿＿＿</w:t>
      </w:r>
    </w:p>
    <w:p/>
    <w:p>
      <w:r>
        <w:rPr>
          <w:b w:val="0"/>
        </w:rPr>
        <w:t>根据《中华人民共和国民法典》及相关法律法规，甲乙双方本着平等自愿、诚实信用的原则，协商一致订立本合同。</w:t>
      </w:r>
    </w:p>
    <w:p/>
    <w:p>
      <w:r>
        <w:rPr>
          <w:b/>
        </w:rPr>
        <w:t>第1条　标的与明细</w:t>
      </w:r>
    </w:p>
    <w:p>
      <w:r>
        <w:rPr>
          <w:b w:val="0"/>
        </w:rPr>
        <w:t>甲方向乙方采购家具五金配件：合页、滑轨、拉手、脚、连接件、铰链等，品名、牌号、型号规格、材质、数量、单价以《采购订单》和双方封样为准。</w:t>
      </w:r>
    </w:p>
    <w:p/>
    <w:p>
      <w:r>
        <w:rPr>
          <w:b/>
        </w:rPr>
        <w:t>第2条　质量标准</w:t>
      </w:r>
    </w:p>
    <w:p>
      <w:r>
        <w:rPr>
          <w:b w:val="0"/>
        </w:rPr>
        <w:t>1. 符合国家标准及行业标准；不锈钢件注明材质牌号（201/304等），表面处理（电镀/喷涂）均匀无锈斑。</w:t>
      </w:r>
    </w:p>
    <w:p>
      <w:r>
        <w:rPr>
          <w:b w:val="0"/>
        </w:rPr>
        <w:t>2. 盐雾测试≥＿＿小时；滑轨开合寿命≥＿＿次；铰链开合≥＿＿次；按双方确认的封样验收。</w:t>
      </w:r>
    </w:p>
    <w:p>
      <w:r>
        <w:rPr>
          <w:b w:val="0"/>
        </w:rPr>
        <w:t>3. 每批附出厂检验报告；乙方对质量负责的期限（质保期）为＿＿个月。</w:t>
      </w:r>
    </w:p>
    <w:p/>
    <w:p>
      <w:r>
        <w:rPr>
          <w:b/>
        </w:rPr>
        <w:t>第3条　检验与退换</w:t>
      </w:r>
    </w:p>
    <w:p>
      <w:r>
        <w:rPr>
          <w:b w:val="0"/>
        </w:rPr>
        <w:t>1. 甲方收货后＿＿日内抽检（比例＿＿%）；抽检不合格率超＿＿%的，整批退换，费用乙方承担。</w:t>
      </w:r>
    </w:p>
    <w:p>
      <w:r>
        <w:rPr>
          <w:b w:val="0"/>
        </w:rPr>
        <w:t>2. 使用中发现批次性质量问题的，在质保期内乙方免费更换并承担由此造成的损失。</w:t>
      </w:r>
    </w:p>
    <w:p/>
    <w:p>
      <w:r>
        <w:rPr>
          <w:b/>
        </w:rPr>
        <w:t>第4条　价格与结算</w:t>
      </w:r>
    </w:p>
    <w:p>
      <w:r>
        <w:rPr>
          <w:b w:val="0"/>
        </w:rPr>
        <w:t>1. 单价按《价格确认单》执行，锁价期＿＿个月；市场波动超＿＿%双方书面调价。</w:t>
      </w:r>
    </w:p>
    <w:p>
      <w:r>
        <w:rPr>
          <w:b w:val="0"/>
        </w:rPr>
        <w:t>2. 结算：□月结30天 □月结60天 □货到付款。对账日每月＿＿日，乙方开增值税专用发票后＿＿日内付款。</w:t>
      </w:r>
    </w:p>
    <w:p/>
    <w:p>
      <w:r>
        <w:rPr>
          <w:b/>
        </w:rPr>
        <w:t>第5条　交付</w:t>
      </w:r>
    </w:p>
    <w:p>
      <w:r>
        <w:rPr>
          <w:b w:val="0"/>
        </w:rPr>
        <w:t>送货至＿＿＿＿＿＿＿＿；交期按订单执行，逾期每日按该批货款＿＿‰支付违约金。</w:t>
      </w:r>
    </w:p>
    <w:p/>
    <w:p>
      <w:r>
        <w:rPr>
          <w:b/>
        </w:rPr>
        <w:t>第6条　包装</w:t>
      </w:r>
    </w:p>
    <w:p>
      <w:r>
        <w:rPr>
          <w:b w:val="0"/>
        </w:rPr>
        <w:t>包装应防潮防锈、标识清晰（品名/规格/数量/批号）；包装费用乙方承担。</w:t>
      </w:r>
    </w:p>
    <w:p/>
    <w:p>
      <w:r>
        <w:rPr>
          <w:b/>
        </w:rPr>
        <w:t>第7条　违约责任</w:t>
      </w:r>
    </w:p>
    <w:p>
      <w:r>
        <w:rPr>
          <w:b w:val="0"/>
        </w:rPr>
        <w:t>1. 乙方交付假冒伪劣产品的，甲方有权整批退货并按货款＿＿%索赔。</w:t>
      </w:r>
    </w:p>
    <w:p>
      <w:r>
        <w:rPr>
          <w:b w:val="0"/>
        </w:rPr>
        <w:t>2. 甲方逾期付款的，每日按未付款＿＿‰支付违约金。</w:t>
      </w:r>
    </w:p>
    <w:p>
      <w:r>
        <w:rPr>
          <w:b w:val="0"/>
        </w:rPr>
        <w:t>3. 因五金质量造成甲方成品召回或客户索赔的，乙方承担相应赔偿责任。</w:t>
      </w:r>
    </w:p>
    <w:p/>
    <w:p>
      <w:r>
        <w:rPr>
          <w:b/>
        </w:rPr>
        <w:t>第8条　争议解决</w:t>
      </w:r>
    </w:p>
    <w:p>
      <w:r>
        <w:rPr>
          <w:b w:val="0"/>
        </w:rPr>
        <w:t>协商不成的，向＿＿＿＿人民法院起诉/提交＿＿＿＿仲裁委员会仲裁（勾选其一）。</w:t>
      </w:r>
    </w:p>
    <w:p/>
    <w:p>
      <w:r>
        <w:rPr>
          <w:b/>
        </w:rPr>
        <w:t>本合同一式＿＿份，甲方执＿＿份，乙方执＿＿份，自双方签字盖章之日起生效。</w:t>
      </w:r>
    </w:p>
    <w:p/>
    <w:p>
      <w:pPr>
        <w:jc w:val="center"/>
      </w:pPr>
      <w:r>
        <w:rPr>
          <w:b w:val="0"/>
        </w:rPr>
        <w:t>（以下无正文，为签署页）</w:t>
      </w:r>
    </w:p>
    <w:p/>
    <w:p>
      <w:r>
        <w:rPr>
          <w:b w:val="0"/>
        </w:rPr>
        <w:t>甲方（盖章）：＿＿＿＿＿＿＿＿＿＿　　乙方（盖章）：＿＿＿＿＿＿＿＿＿＿</w:t>
      </w:r>
    </w:p>
    <w:p>
      <w:r>
        <w:rPr>
          <w:b w:val="0"/>
        </w:rPr>
        <w:t>法定代表人/委托代理人（签字）：＿＿＿＿＿＿＿＿＿＿　＿＿＿＿＿＿＿＿＿＿</w:t>
      </w:r>
    </w:p>
    <w:p>
      <w:r>
        <w:rPr>
          <w:b w:val="0"/>
        </w:rPr>
        <w:t>统一社会信用代码：＿＿＿＿＿＿＿＿＿＿　　统一社会信用代码：＿＿＿＿＿＿</w:t>
      </w:r>
    </w:p>
    <w:p>
      <w:r>
        <w:rPr>
          <w:b w:val="0"/>
        </w:rPr>
        <w:t>地址：＿＿＿＿＿＿＿＿＿＿＿＿＿＿　　地址：＿＿＿＿＿＿＿＿＿＿＿＿＿＿</w:t>
      </w:r>
    </w:p>
    <w:p>
      <w:r>
        <w:rPr>
          <w:b w:val="0"/>
        </w:rPr>
        <w:t>联系电话：＿＿＿＿＿＿＿＿＿＿＿＿＿　　联系电话：＿＿＿＿＿＿＿＿＿＿＿</w:t>
      </w:r>
    </w:p>
    <w:p>
      <w:r>
        <w:rPr>
          <w:b w:val="0"/>
        </w:rPr>
        <w:t>签订日期：＿＿＿＿年＿＿月＿＿日　　　签订日期：＿＿＿＿年＿＿月＿＿日</w:t>
      </w:r>
    </w:p>
    <w:p>
      <w:r>
        <w:rPr>
          <w:b w:val="0"/>
        </w:rPr>
        <w:t>签订地点：＿＿＿＿＿＿＿＿＿＿＿＿＿＿</w:t>
      </w:r>
    </w:p>
    <w:p>
      <w:r>
        <w:rPr>
          <w:sz w:val="18"/>
        </w:rPr>
        <w:t>注：本合同依据《民法典》买卖合同章及家具五金交易惯例制定。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